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914C7" w14:textId="249B5E36" w:rsidR="00622FC0" w:rsidRPr="00F3682D" w:rsidRDefault="00B31449" w:rsidP="00DB7DB5">
      <w:pPr>
        <w:pStyle w:val="a9"/>
        <w:jc w:val="center"/>
        <w:rPr>
          <w:rFonts w:ascii="Times New Roman" w:hAnsi="Times New Roman" w:cs="Times New Roman"/>
          <w:b/>
          <w:bCs/>
          <w:color w:val="4F81BD" w:themeColor="accent1"/>
          <w:lang w:val="ru-RU"/>
        </w:rPr>
      </w:pPr>
      <w:r w:rsidRPr="00F3682D">
        <w:rPr>
          <w:rFonts w:ascii="Times New Roman" w:hAnsi="Times New Roman" w:cs="Times New Roman"/>
          <w:b/>
          <w:bCs/>
          <w:color w:val="4F81BD" w:themeColor="accent1"/>
          <w:lang w:val="kk"/>
        </w:rPr>
        <w:t xml:space="preserve">ТАУАРДЫ </w:t>
      </w:r>
      <w:r w:rsidR="00CA2269" w:rsidRPr="00F3682D">
        <w:rPr>
          <w:rFonts w:ascii="Times New Roman" w:hAnsi="Times New Roman" w:cs="Times New Roman"/>
          <w:b/>
          <w:bCs/>
          <w:color w:val="4F81BD" w:themeColor="accent1"/>
          <w:lang w:val="kk"/>
        </w:rPr>
        <w:t>Қ</w:t>
      </w:r>
      <w:r w:rsidRPr="00F3682D">
        <w:rPr>
          <w:rFonts w:ascii="Times New Roman" w:hAnsi="Times New Roman" w:cs="Times New Roman"/>
          <w:b/>
          <w:bCs/>
          <w:color w:val="4F81BD" w:themeColor="accent1"/>
          <w:lang w:val="kk"/>
        </w:rPr>
        <w:t>АЙТАРУҒА ӨТІНІШ</w:t>
      </w:r>
    </w:p>
    <w:p w14:paraId="7047A46A" w14:textId="77777777" w:rsidR="00DB7DB5" w:rsidRPr="00F3682D" w:rsidRDefault="00DB7DB5" w:rsidP="00DB7DB5">
      <w:pPr>
        <w:pStyle w:val="a9"/>
        <w:jc w:val="center"/>
        <w:rPr>
          <w:rFonts w:ascii="Century Gothic" w:hAnsi="Century Gothic" w:cs="Arial"/>
          <w:b/>
          <w:bCs/>
          <w:lang w:val="ru-RU"/>
        </w:rPr>
      </w:pPr>
    </w:p>
    <w:p w14:paraId="548EEA36" w14:textId="144A52BC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Сатып алушыны</w:t>
      </w:r>
      <w:r w:rsidRPr="00F3682D">
        <w:rPr>
          <w:rFonts w:ascii="Calibri" w:hAnsi="Calibri" w:cs="Calibri"/>
          <w:lang w:val="kk"/>
        </w:rPr>
        <w:t>ң</w:t>
      </w:r>
      <w:r w:rsidRPr="00F3682D">
        <w:rPr>
          <w:rFonts w:ascii="Century Gothic" w:hAnsi="Century Gothic" w:cs="Arial"/>
          <w:lang w:val="kk"/>
        </w:rPr>
        <w:t xml:space="preserve"> </w:t>
      </w:r>
      <w:r w:rsidR="00937270" w:rsidRPr="00F3682D">
        <w:rPr>
          <w:rFonts w:ascii="Century Gothic" w:hAnsi="Century Gothic" w:cs="Arial"/>
          <w:lang w:val="kk"/>
        </w:rPr>
        <w:t>толы</w:t>
      </w:r>
      <w:r w:rsidR="00937270" w:rsidRPr="00F3682D">
        <w:rPr>
          <w:rFonts w:ascii="Calibri" w:hAnsi="Calibri" w:cs="Calibri"/>
          <w:lang w:val="kk"/>
        </w:rPr>
        <w:t>қ</w:t>
      </w:r>
      <w:r w:rsidR="00937270" w:rsidRPr="00F3682D">
        <w:rPr>
          <w:rFonts w:ascii="Century Gothic" w:hAnsi="Century Gothic" w:cs="Arial"/>
          <w:lang w:val="kk"/>
        </w:rPr>
        <w:t xml:space="preserve"> </w:t>
      </w:r>
      <w:r w:rsidR="000F4863" w:rsidRPr="00F3682D">
        <w:rPr>
          <w:rFonts w:ascii="Century Gothic" w:hAnsi="Century Gothic" w:cs="Arial"/>
          <w:lang w:val="kk"/>
        </w:rPr>
        <w:t>аты-ж</w:t>
      </w:r>
      <w:r w:rsidR="000F4863" w:rsidRPr="00F3682D">
        <w:rPr>
          <w:rFonts w:ascii="Calibri" w:hAnsi="Calibri" w:cs="Calibri"/>
          <w:lang w:val="kk"/>
        </w:rPr>
        <w:t>ө</w:t>
      </w:r>
      <w:r w:rsidR="000F4863" w:rsidRPr="00F3682D">
        <w:rPr>
          <w:rFonts w:ascii="Century Gothic" w:hAnsi="Century Gothic" w:cs="Century Gothic"/>
          <w:lang w:val="kk"/>
        </w:rPr>
        <w:t>ні</w:t>
      </w:r>
      <w:r w:rsidRPr="00F3682D">
        <w:rPr>
          <w:rFonts w:ascii="Century Gothic" w:hAnsi="Century Gothic" w:cs="Arial"/>
          <w:lang w:val="kk"/>
        </w:rPr>
        <w:t>:__________________________________________</w:t>
      </w:r>
    </w:p>
    <w:p w14:paraId="09BC043E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Байланыс телефоны: _________________________________________</w:t>
      </w:r>
    </w:p>
    <w:p w14:paraId="0CFB8436" w14:textId="3520F379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Электронды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пошта</w:t>
      </w:r>
      <w:r w:rsidR="000F4863" w:rsidRPr="00F3682D">
        <w:rPr>
          <w:rFonts w:ascii="Century Gothic" w:hAnsi="Century Gothic" w:cs="Arial"/>
          <w:lang w:val="kk"/>
        </w:rPr>
        <w:t>сы</w:t>
      </w:r>
      <w:r w:rsidRPr="00F3682D">
        <w:rPr>
          <w:rFonts w:ascii="Century Gothic" w:hAnsi="Century Gothic" w:cs="Arial"/>
          <w:lang w:val="kk"/>
        </w:rPr>
        <w:t>: ___________________________________________</w:t>
      </w:r>
    </w:p>
    <w:p w14:paraId="280BBC3F" w14:textId="347531DA" w:rsidR="00622FC0" w:rsidRPr="00F3682D" w:rsidRDefault="000F4863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Тауарды ж</w:t>
      </w:r>
      <w:r w:rsidR="00B31449" w:rsidRPr="00F3682D">
        <w:rPr>
          <w:rFonts w:ascii="Century Gothic" w:hAnsi="Century Gothic" w:cs="Arial"/>
          <w:lang w:val="kk"/>
        </w:rPr>
        <w:t>еткізу мекенжайы (тапсырыс р</w:t>
      </w:r>
      <w:r w:rsidR="001512BA" w:rsidRPr="00F3682D">
        <w:rPr>
          <w:rFonts w:ascii="Century Gothic" w:hAnsi="Century Gothic" w:cs="Arial"/>
          <w:lang w:val="kk-KZ"/>
        </w:rPr>
        <w:t>е</w:t>
      </w:r>
      <w:r w:rsidR="00B31449" w:rsidRPr="00F3682D">
        <w:rPr>
          <w:rFonts w:ascii="Century Gothic" w:hAnsi="Century Gothic" w:cs="Arial"/>
          <w:lang w:val="kk"/>
        </w:rPr>
        <w:t>сімде</w:t>
      </w:r>
      <w:r w:rsidRPr="00F3682D">
        <w:rPr>
          <w:rFonts w:ascii="Century Gothic" w:hAnsi="Century Gothic" w:cs="Arial"/>
          <w:lang w:val="kk"/>
        </w:rPr>
        <w:t>лген кезде</w:t>
      </w:r>
      <w:r w:rsidR="00B31449" w:rsidRPr="00F3682D">
        <w:rPr>
          <w:rFonts w:ascii="Century Gothic" w:hAnsi="Century Gothic" w:cs="Arial"/>
          <w:lang w:val="kk"/>
        </w:rPr>
        <w:t>):</w:t>
      </w:r>
      <w:r w:rsidR="00F3682D">
        <w:rPr>
          <w:rFonts w:ascii="Century Gothic" w:hAnsi="Century Gothic" w:cs="Arial"/>
          <w:lang w:val="kk"/>
        </w:rPr>
        <w:t xml:space="preserve"> </w:t>
      </w:r>
      <w:r w:rsidR="00B31449" w:rsidRPr="00F3682D">
        <w:rPr>
          <w:rFonts w:ascii="Century Gothic" w:hAnsi="Century Gothic" w:cs="Arial"/>
          <w:lang w:val="kk"/>
        </w:rPr>
        <w:t>_______________</w:t>
      </w:r>
    </w:p>
    <w:p w14:paraId="6541924E" w14:textId="63DDBB82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_______________________________________________________________</w:t>
      </w:r>
      <w:r w:rsidR="00F3682D">
        <w:rPr>
          <w:rFonts w:ascii="Century Gothic" w:hAnsi="Century Gothic" w:cs="Arial"/>
          <w:lang w:val="kk"/>
        </w:rPr>
        <w:t>________</w:t>
      </w:r>
    </w:p>
    <w:p w14:paraId="1F9696E0" w14:textId="77777777" w:rsidR="001D5F3D" w:rsidRPr="00F3682D" w:rsidRDefault="001D5F3D" w:rsidP="001D5F3D">
      <w:pPr>
        <w:pStyle w:val="a9"/>
        <w:rPr>
          <w:rFonts w:ascii="Century Gothic" w:hAnsi="Century Gothic" w:cs="Arial"/>
          <w:lang w:val="ru-RU"/>
        </w:rPr>
      </w:pPr>
    </w:p>
    <w:p w14:paraId="6F26CF5C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Тапсырыс н</w:t>
      </w:r>
      <w:r w:rsidRPr="00F3682D">
        <w:rPr>
          <w:rFonts w:ascii="Calibri" w:hAnsi="Calibri" w:cs="Calibri"/>
          <w:lang w:val="kk"/>
        </w:rPr>
        <w:t>ө</w:t>
      </w:r>
      <w:r w:rsidRPr="00F3682D">
        <w:rPr>
          <w:rFonts w:ascii="Century Gothic" w:hAnsi="Century Gothic" w:cs="Century Gothic"/>
          <w:lang w:val="kk"/>
        </w:rPr>
        <w:t>мірі</w:t>
      </w:r>
      <w:r w:rsidRPr="00F3682D">
        <w:rPr>
          <w:rFonts w:ascii="Century Gothic" w:hAnsi="Century Gothic" w:cs="Arial"/>
          <w:lang w:val="kk"/>
        </w:rPr>
        <w:t>: ____________________</w:t>
      </w:r>
    </w:p>
    <w:p w14:paraId="3EEE0145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Тауарды ал</w:t>
      </w:r>
      <w:r w:rsidRPr="00F3682D">
        <w:rPr>
          <w:rFonts w:ascii="Calibri" w:hAnsi="Calibri" w:cs="Calibri"/>
          <w:lang w:val="kk"/>
        </w:rPr>
        <w:t>ғ</w:t>
      </w:r>
      <w:r w:rsidRPr="00F3682D">
        <w:rPr>
          <w:rFonts w:ascii="Century Gothic" w:hAnsi="Century Gothic" w:cs="Century Gothic"/>
          <w:lang w:val="kk"/>
        </w:rPr>
        <w:t>ан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к</w:t>
      </w:r>
      <w:r w:rsidRPr="00F3682D">
        <w:rPr>
          <w:rFonts w:ascii="Calibri" w:hAnsi="Calibri" w:cs="Calibri"/>
          <w:lang w:val="kk"/>
        </w:rPr>
        <w:t>ү</w:t>
      </w:r>
      <w:r w:rsidRPr="00F3682D">
        <w:rPr>
          <w:rFonts w:ascii="Century Gothic" w:hAnsi="Century Gothic" w:cs="Century Gothic"/>
          <w:lang w:val="kk"/>
        </w:rPr>
        <w:t>ні</w:t>
      </w:r>
      <w:r w:rsidRPr="00F3682D">
        <w:rPr>
          <w:rFonts w:ascii="Century Gothic" w:hAnsi="Century Gothic" w:cs="Arial"/>
          <w:lang w:val="kk"/>
        </w:rPr>
        <w:t>: ____________________</w:t>
      </w:r>
    </w:p>
    <w:p w14:paraId="4BB38FDA" w14:textId="20A6D5D3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айтарылатын</w:t>
      </w:r>
      <w:r w:rsidRPr="00F3682D">
        <w:rPr>
          <w:rFonts w:ascii="Century Gothic" w:hAnsi="Century Gothic" w:cs="Arial"/>
          <w:lang w:val="kk"/>
        </w:rPr>
        <w:t xml:space="preserve"> тауарды</w:t>
      </w:r>
      <w:r w:rsidRPr="00F3682D">
        <w:rPr>
          <w:rFonts w:ascii="Calibri" w:hAnsi="Calibri" w:cs="Calibri"/>
          <w:lang w:val="kk"/>
        </w:rPr>
        <w:t>ң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атауы</w:t>
      </w:r>
      <w:r w:rsidRPr="00F3682D">
        <w:rPr>
          <w:rFonts w:ascii="Century Gothic" w:hAnsi="Century Gothic" w:cs="Arial"/>
          <w:lang w:val="kk"/>
        </w:rPr>
        <w:t>:</w:t>
      </w:r>
    </w:p>
    <w:p w14:paraId="3B65BBAC" w14:textId="77777777" w:rsidR="00DB7DB5" w:rsidRPr="00F3682D" w:rsidRDefault="00DB7DB5" w:rsidP="001D5F3D">
      <w:pPr>
        <w:pStyle w:val="a9"/>
        <w:rPr>
          <w:rFonts w:ascii="Century Gothic" w:hAnsi="Century Gothic" w:cs="Arial"/>
          <w:lang w:val="ru-RU"/>
        </w:rPr>
      </w:pPr>
    </w:p>
    <w:p w14:paraId="42A28B97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1. ____________________________________________________________</w:t>
      </w:r>
    </w:p>
    <w:p w14:paraId="70D2012F" w14:textId="077B74FE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2. ____________________________________________________________</w:t>
      </w:r>
    </w:p>
    <w:p w14:paraId="5D063C77" w14:textId="3D5DEF3B" w:rsidR="00DB7DB5" w:rsidRPr="00F3682D" w:rsidRDefault="00B31449" w:rsidP="00DB7DB5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3. ____________________________________________________________</w:t>
      </w:r>
    </w:p>
    <w:p w14:paraId="534A8B1A" w14:textId="01169E44" w:rsidR="00DB7DB5" w:rsidRPr="00F3682D" w:rsidRDefault="00B31449" w:rsidP="00DB7DB5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4. ____________________________________________________________</w:t>
      </w:r>
    </w:p>
    <w:p w14:paraId="6DC75788" w14:textId="4509B663" w:rsidR="00DB7DB5" w:rsidRPr="00F3682D" w:rsidRDefault="00B31449" w:rsidP="00DB7DB5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5. ____________________________________________________________</w:t>
      </w:r>
    </w:p>
    <w:p w14:paraId="2643D8C4" w14:textId="77777777" w:rsidR="00DB7DB5" w:rsidRPr="00F3682D" w:rsidRDefault="00DB7DB5" w:rsidP="001D5F3D">
      <w:pPr>
        <w:pStyle w:val="a9"/>
        <w:rPr>
          <w:rFonts w:ascii="Century Gothic" w:hAnsi="Century Gothic" w:cs="Arial"/>
          <w:lang w:val="ru-RU"/>
        </w:rPr>
      </w:pPr>
    </w:p>
    <w:p w14:paraId="43846667" w14:textId="77777777" w:rsidR="001D5F3D" w:rsidRPr="00F3682D" w:rsidRDefault="001D5F3D" w:rsidP="001D5F3D">
      <w:pPr>
        <w:pStyle w:val="a9"/>
        <w:rPr>
          <w:rFonts w:ascii="Century Gothic" w:hAnsi="Century Gothic" w:cs="Arial"/>
          <w:lang w:val="ru-RU"/>
        </w:rPr>
      </w:pPr>
    </w:p>
    <w:p w14:paraId="495960D9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айтару</w:t>
      </w:r>
      <w:r w:rsidRPr="00F3682D">
        <w:rPr>
          <w:rFonts w:ascii="Century Gothic" w:hAnsi="Century Gothic" w:cs="Arial"/>
          <w:lang w:val="kk"/>
        </w:rPr>
        <w:t xml:space="preserve"> себебі:</w:t>
      </w:r>
    </w:p>
    <w:p w14:paraId="04E54019" w14:textId="3CE9EA22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alibri" w:hAnsi="Calibri" w:cs="Calibri"/>
          <w:lang w:val="kk"/>
        </w:rPr>
        <w:t>Ө</w:t>
      </w:r>
      <w:r w:rsidRPr="00F3682D">
        <w:rPr>
          <w:rFonts w:ascii="Century Gothic" w:hAnsi="Century Gothic" w:cs="Century Gothic"/>
          <w:lang w:val="kk"/>
        </w:rPr>
        <w:t>лшемі</w:t>
      </w:r>
      <w:r w:rsidRPr="00F3682D">
        <w:rPr>
          <w:rFonts w:ascii="Century Gothic" w:hAnsi="Century Gothic" w:cs="Arial"/>
          <w:lang w:val="kk"/>
        </w:rPr>
        <w:t>/</w:t>
      </w:r>
      <w:r w:rsidRPr="00F3682D">
        <w:rPr>
          <w:rFonts w:ascii="Century Gothic" w:hAnsi="Century Gothic" w:cs="Century Gothic"/>
          <w:lang w:val="kk"/>
        </w:rPr>
        <w:t>т</w:t>
      </w:r>
      <w:r w:rsidRPr="00F3682D">
        <w:rPr>
          <w:rFonts w:ascii="Calibri" w:hAnsi="Calibri" w:cs="Calibri"/>
          <w:lang w:val="kk"/>
        </w:rPr>
        <w:t>ү</w:t>
      </w:r>
      <w:r w:rsidRPr="00F3682D">
        <w:rPr>
          <w:rFonts w:ascii="Century Gothic" w:hAnsi="Century Gothic" w:cs="Century Gothic"/>
          <w:lang w:val="kk"/>
        </w:rPr>
        <w:t>сі</w:t>
      </w:r>
      <w:r w:rsidRPr="00F3682D">
        <w:rPr>
          <w:rFonts w:ascii="Century Gothic" w:hAnsi="Century Gothic" w:cs="Arial"/>
          <w:lang w:val="kk"/>
        </w:rPr>
        <w:t>/</w:t>
      </w:r>
      <w:r w:rsidRPr="00F3682D">
        <w:rPr>
          <w:rFonts w:ascii="Century Gothic" w:hAnsi="Century Gothic" w:cs="Century Gothic"/>
          <w:lang w:val="kk"/>
        </w:rPr>
        <w:t>моделі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с</w:t>
      </w:r>
      <w:r w:rsidRPr="00F3682D">
        <w:rPr>
          <w:rFonts w:ascii="Calibri" w:hAnsi="Calibri" w:cs="Calibri"/>
          <w:lang w:val="kk"/>
        </w:rPr>
        <w:t>ә</w:t>
      </w:r>
      <w:r w:rsidRPr="00F3682D">
        <w:rPr>
          <w:rFonts w:ascii="Century Gothic" w:hAnsi="Century Gothic" w:cs="Century Gothic"/>
          <w:lang w:val="kk"/>
        </w:rPr>
        <w:t>йкес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келмеді</w:t>
      </w:r>
    </w:p>
    <w:p w14:paraId="3AA599D8" w14:textId="3EFF836C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Жеткізу кезінде за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ымдал</w:t>
      </w:r>
      <w:r w:rsidRPr="00F3682D">
        <w:rPr>
          <w:rFonts w:ascii="Calibri" w:hAnsi="Calibri" w:cs="Calibri"/>
          <w:lang w:val="kk"/>
        </w:rPr>
        <w:t>ғ</w:t>
      </w:r>
      <w:r w:rsidRPr="00F3682D">
        <w:rPr>
          <w:rFonts w:ascii="Century Gothic" w:hAnsi="Century Gothic" w:cs="Century Gothic"/>
          <w:lang w:val="kk"/>
        </w:rPr>
        <w:t>ан</w:t>
      </w:r>
    </w:p>
    <w:p w14:paraId="7E0BC8CF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alibri" w:hAnsi="Calibri" w:cs="Calibri"/>
          <w:lang w:val="kk"/>
        </w:rPr>
        <w:t>Ө</w:t>
      </w:r>
      <w:r w:rsidRPr="00F3682D">
        <w:rPr>
          <w:rFonts w:ascii="Century Gothic" w:hAnsi="Century Gothic" w:cs="Century Gothic"/>
          <w:lang w:val="kk"/>
        </w:rPr>
        <w:t>ндірістік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а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ау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табылды</w:t>
      </w:r>
    </w:p>
    <w:p w14:paraId="2523A922" w14:textId="22EDBF0A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Бас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</w:t>
      </w:r>
      <w:r w:rsidRPr="00F3682D">
        <w:rPr>
          <w:rFonts w:ascii="Century Gothic" w:hAnsi="Century Gothic" w:cs="Arial"/>
          <w:lang w:val="kk"/>
        </w:rPr>
        <w:t xml:space="preserve"> </w:t>
      </w:r>
      <w:r w:rsidR="000F4863" w:rsidRPr="00F3682D">
        <w:rPr>
          <w:rFonts w:ascii="Century Gothic" w:hAnsi="Century Gothic" w:cs="Arial"/>
          <w:lang w:val="kk"/>
        </w:rPr>
        <w:t xml:space="preserve">себеп </w:t>
      </w:r>
      <w:r w:rsidRPr="00F3682D">
        <w:rPr>
          <w:rFonts w:ascii="Century Gothic" w:hAnsi="Century Gothic" w:cs="Arial"/>
          <w:lang w:val="kk"/>
        </w:rPr>
        <w:t>(к</w:t>
      </w:r>
      <w:r w:rsidRPr="00F3682D">
        <w:rPr>
          <w:rFonts w:ascii="Calibri" w:hAnsi="Calibri" w:cs="Calibri"/>
          <w:lang w:val="kk"/>
        </w:rPr>
        <w:t>ө</w:t>
      </w:r>
      <w:r w:rsidRPr="00F3682D">
        <w:rPr>
          <w:rFonts w:ascii="Century Gothic" w:hAnsi="Century Gothic" w:cs="Century Gothic"/>
          <w:lang w:val="kk"/>
        </w:rPr>
        <w:t>рсет</w:t>
      </w:r>
      <w:r w:rsidR="000F4863" w:rsidRPr="00F3682D">
        <w:rPr>
          <w:rFonts w:ascii="Century Gothic" w:hAnsi="Century Gothic" w:cs="Arial"/>
          <w:lang w:val="kk"/>
        </w:rPr>
        <w:t>і</w:t>
      </w:r>
      <w:r w:rsidR="000F4863" w:rsidRPr="00F3682D">
        <w:rPr>
          <w:rFonts w:ascii="Calibri" w:hAnsi="Calibri" w:cs="Calibri"/>
          <w:lang w:val="kk"/>
        </w:rPr>
        <w:t>ң</w:t>
      </w:r>
      <w:r w:rsidR="000F4863" w:rsidRPr="00F3682D">
        <w:rPr>
          <w:rFonts w:ascii="Century Gothic" w:hAnsi="Century Gothic" w:cs="Century Gothic"/>
          <w:lang w:val="kk"/>
        </w:rPr>
        <w:t>із</w:t>
      </w:r>
      <w:r w:rsidRPr="00F3682D">
        <w:rPr>
          <w:rFonts w:ascii="Century Gothic" w:hAnsi="Century Gothic" w:cs="Arial"/>
          <w:lang w:val="kk"/>
        </w:rPr>
        <w:t>): ___________________________________________</w:t>
      </w:r>
    </w:p>
    <w:p w14:paraId="641C419C" w14:textId="77777777" w:rsidR="001D5F3D" w:rsidRPr="00F3682D" w:rsidRDefault="001D5F3D" w:rsidP="001D5F3D">
      <w:pPr>
        <w:pStyle w:val="a9"/>
        <w:rPr>
          <w:rFonts w:ascii="Century Gothic" w:hAnsi="Century Gothic" w:cs="Arial"/>
          <w:lang w:val="ru-RU"/>
        </w:rPr>
      </w:pPr>
    </w:p>
    <w:p w14:paraId="2B0DE9B8" w14:textId="3534CDC0" w:rsidR="00622FC0" w:rsidRPr="00F3682D" w:rsidRDefault="00A01DF0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</w:t>
      </w:r>
      <w:r w:rsidR="000F4863" w:rsidRPr="00F3682D">
        <w:rPr>
          <w:rFonts w:ascii="Century Gothic" w:hAnsi="Century Gothic" w:cs="Arial"/>
          <w:lang w:val="kk"/>
        </w:rPr>
        <w:t>жетті</w:t>
      </w:r>
      <w:r w:rsidRPr="00F3682D">
        <w:rPr>
          <w:rFonts w:ascii="Century Gothic" w:hAnsi="Century Gothic" w:cs="Arial"/>
          <w:lang w:val="kk"/>
        </w:rPr>
        <w:t xml:space="preserve"> шешім:</w:t>
      </w:r>
    </w:p>
    <w:p w14:paraId="4FCC0ED6" w14:textId="77777777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А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шалай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аражатты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айтару</w:t>
      </w:r>
    </w:p>
    <w:p w14:paraId="6439EA6E" w14:textId="72258AE6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Segoe UI Symbol" w:hAnsi="Segoe UI Symbol" w:cs="Segoe UI Symbol"/>
          <w:lang w:val="kk"/>
        </w:rPr>
        <w:t>☐</w:t>
      </w:r>
      <w:r w:rsidRPr="00F3682D">
        <w:rPr>
          <w:rFonts w:ascii="Century Gothic" w:hAnsi="Century Gothic" w:cs="Arial"/>
          <w:lang w:val="kk"/>
        </w:rPr>
        <w:t xml:space="preserve"> Бас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а</w:t>
      </w:r>
      <w:r w:rsidRPr="00F3682D">
        <w:rPr>
          <w:rFonts w:ascii="Century Gothic" w:hAnsi="Century Gothic" w:cs="Arial"/>
          <w:lang w:val="kk"/>
        </w:rPr>
        <w:t>: ___________________________________________________</w:t>
      </w:r>
    </w:p>
    <w:p w14:paraId="1CE36451" w14:textId="77777777" w:rsidR="001D5F3D" w:rsidRPr="00F3682D" w:rsidRDefault="001D5F3D" w:rsidP="001D5F3D">
      <w:pPr>
        <w:pStyle w:val="a9"/>
        <w:rPr>
          <w:rFonts w:ascii="Century Gothic" w:hAnsi="Century Gothic" w:cs="Arial"/>
          <w:lang w:val="ru-RU"/>
        </w:rPr>
      </w:pPr>
    </w:p>
    <w:p w14:paraId="4F08E992" w14:textId="6016EBC7" w:rsidR="00622FC0" w:rsidRPr="00F3682D" w:rsidRDefault="0094037B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А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шаны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entury Gothic" w:hAnsi="Century Gothic" w:cs="Century Gothic"/>
          <w:lang w:val="kk"/>
        </w:rPr>
        <w:t>б</w:t>
      </w:r>
      <w:r w:rsidR="00B31449" w:rsidRPr="00F3682D">
        <w:rPr>
          <w:rFonts w:ascii="Century Gothic" w:hAnsi="Century Gothic" w:cs="Arial"/>
          <w:lang w:val="kk"/>
        </w:rPr>
        <w:t xml:space="preserve">анк картасына </w:t>
      </w:r>
      <w:r w:rsidR="00B31449" w:rsidRPr="00F3682D">
        <w:rPr>
          <w:rFonts w:ascii="Calibri" w:hAnsi="Calibri" w:cs="Calibri"/>
          <w:lang w:val="kk"/>
        </w:rPr>
        <w:t>қ</w:t>
      </w:r>
      <w:r w:rsidR="00B31449" w:rsidRPr="00F3682D">
        <w:rPr>
          <w:rFonts w:ascii="Century Gothic" w:hAnsi="Century Gothic" w:cs="Century Gothic"/>
          <w:lang w:val="kk"/>
        </w:rPr>
        <w:t>айтаруды</w:t>
      </w:r>
      <w:r w:rsidR="00B31449" w:rsidRPr="00F3682D">
        <w:rPr>
          <w:rFonts w:ascii="Century Gothic" w:hAnsi="Century Gothic" w:cs="Arial"/>
          <w:lang w:val="kk"/>
        </w:rPr>
        <w:t xml:space="preserve"> </w:t>
      </w:r>
      <w:r w:rsidR="00B31449" w:rsidRPr="00F3682D">
        <w:rPr>
          <w:rFonts w:ascii="Century Gothic" w:hAnsi="Century Gothic" w:cs="Century Gothic"/>
          <w:lang w:val="kk"/>
        </w:rPr>
        <w:t>с</w:t>
      </w:r>
      <w:r w:rsidR="00B31449" w:rsidRPr="00F3682D">
        <w:rPr>
          <w:rFonts w:ascii="Calibri" w:hAnsi="Calibri" w:cs="Calibri"/>
          <w:lang w:val="kk"/>
        </w:rPr>
        <w:t>ұ</w:t>
      </w:r>
      <w:r w:rsidR="00B31449" w:rsidRPr="00F3682D">
        <w:rPr>
          <w:rFonts w:ascii="Century Gothic" w:hAnsi="Century Gothic" w:cs="Century Gothic"/>
          <w:lang w:val="kk"/>
        </w:rPr>
        <w:t>раймын</w:t>
      </w:r>
      <w:r w:rsidR="00B31449" w:rsidRPr="00F3682D">
        <w:rPr>
          <w:rFonts w:ascii="Century Gothic" w:hAnsi="Century Gothic" w:cs="Arial"/>
          <w:lang w:val="kk"/>
        </w:rPr>
        <w:t>:</w:t>
      </w:r>
    </w:p>
    <w:p w14:paraId="46714691" w14:textId="77777777" w:rsidR="00650BC8" w:rsidRPr="00F3682D" w:rsidRDefault="00650BC8" w:rsidP="001D5F3D">
      <w:pPr>
        <w:pStyle w:val="a9"/>
        <w:rPr>
          <w:rFonts w:ascii="Century Gothic" w:hAnsi="Century Gothic" w:cs="Arial"/>
          <w:lang w:val="ru-RU"/>
        </w:rPr>
      </w:pPr>
    </w:p>
    <w:p w14:paraId="23F56C78" w14:textId="02ACFFF9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Карта н</w:t>
      </w:r>
      <w:r w:rsidRPr="00F3682D">
        <w:rPr>
          <w:rFonts w:ascii="Calibri" w:hAnsi="Calibri" w:cs="Calibri"/>
          <w:lang w:val="kk"/>
        </w:rPr>
        <w:t>ө</w:t>
      </w:r>
      <w:r w:rsidRPr="00F3682D">
        <w:rPr>
          <w:rFonts w:ascii="Century Gothic" w:hAnsi="Century Gothic" w:cs="Century Gothic"/>
          <w:lang w:val="kk"/>
        </w:rPr>
        <w:t>мірі</w:t>
      </w:r>
      <w:r w:rsidRPr="00F3682D">
        <w:rPr>
          <w:rFonts w:ascii="Century Gothic" w:hAnsi="Century Gothic" w:cs="Arial"/>
          <w:lang w:val="kk"/>
        </w:rPr>
        <w:t>: ________________________</w:t>
      </w:r>
    </w:p>
    <w:p w14:paraId="41E49806" w14:textId="77777777" w:rsidR="00650BC8" w:rsidRPr="00F3682D" w:rsidRDefault="00650BC8" w:rsidP="001D5F3D">
      <w:pPr>
        <w:pStyle w:val="a9"/>
        <w:rPr>
          <w:rFonts w:ascii="Century Gothic" w:hAnsi="Century Gothic" w:cs="Arial"/>
          <w:lang w:val="ru-RU"/>
        </w:rPr>
      </w:pPr>
    </w:p>
    <w:p w14:paraId="194EF6B0" w14:textId="181BC74A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Карта иесіні</w:t>
      </w:r>
      <w:r w:rsidRPr="00F3682D">
        <w:rPr>
          <w:rFonts w:ascii="Calibri" w:hAnsi="Calibri" w:cs="Calibri"/>
          <w:lang w:val="kk"/>
        </w:rPr>
        <w:t>ң</w:t>
      </w:r>
      <w:r w:rsidRPr="00F3682D">
        <w:rPr>
          <w:rFonts w:ascii="Century Gothic" w:hAnsi="Century Gothic" w:cs="Arial"/>
          <w:lang w:val="kk"/>
        </w:rPr>
        <w:t xml:space="preserve"> </w:t>
      </w:r>
      <w:r w:rsidR="0094037B" w:rsidRPr="00F3682D">
        <w:rPr>
          <w:rFonts w:ascii="Century Gothic" w:hAnsi="Century Gothic" w:cs="Arial"/>
          <w:lang w:val="kk"/>
        </w:rPr>
        <w:t>толы</w:t>
      </w:r>
      <w:r w:rsidR="0094037B" w:rsidRPr="00F3682D">
        <w:rPr>
          <w:rFonts w:ascii="Calibri" w:hAnsi="Calibri" w:cs="Calibri"/>
          <w:lang w:val="kk"/>
        </w:rPr>
        <w:t>қ</w:t>
      </w:r>
      <w:r w:rsidR="0094037B" w:rsidRPr="00F3682D">
        <w:rPr>
          <w:rFonts w:ascii="Century Gothic" w:hAnsi="Century Gothic" w:cs="Arial"/>
          <w:lang w:val="kk"/>
        </w:rPr>
        <w:t xml:space="preserve"> </w:t>
      </w:r>
      <w:r w:rsidR="0094037B" w:rsidRPr="00F3682D">
        <w:rPr>
          <w:rFonts w:ascii="Century Gothic" w:hAnsi="Century Gothic" w:cs="Century Gothic"/>
          <w:lang w:val="kk"/>
        </w:rPr>
        <w:t>аты</w:t>
      </w:r>
      <w:r w:rsidR="0094037B" w:rsidRPr="00F3682D">
        <w:rPr>
          <w:rFonts w:ascii="Century Gothic" w:hAnsi="Century Gothic" w:cs="Arial"/>
          <w:lang w:val="kk"/>
        </w:rPr>
        <w:t>-</w:t>
      </w:r>
      <w:r w:rsidR="0094037B" w:rsidRPr="00F3682D">
        <w:rPr>
          <w:rFonts w:ascii="Century Gothic" w:hAnsi="Century Gothic" w:cs="Century Gothic"/>
          <w:lang w:val="kk"/>
        </w:rPr>
        <w:t>ж</w:t>
      </w:r>
      <w:r w:rsidR="0094037B" w:rsidRPr="00F3682D">
        <w:rPr>
          <w:rFonts w:ascii="Calibri" w:hAnsi="Calibri" w:cs="Calibri"/>
          <w:lang w:val="kk"/>
        </w:rPr>
        <w:t>ө</w:t>
      </w:r>
      <w:r w:rsidR="0094037B" w:rsidRPr="00F3682D">
        <w:rPr>
          <w:rFonts w:ascii="Century Gothic" w:hAnsi="Century Gothic" w:cs="Century Gothic"/>
          <w:lang w:val="kk"/>
        </w:rPr>
        <w:t>ні</w:t>
      </w:r>
      <w:r w:rsidRPr="00F3682D">
        <w:rPr>
          <w:rFonts w:ascii="Century Gothic" w:hAnsi="Century Gothic" w:cs="Arial"/>
          <w:lang w:val="kk"/>
        </w:rPr>
        <w:t>: _________________________</w:t>
      </w:r>
    </w:p>
    <w:p w14:paraId="6CA9E44B" w14:textId="77777777" w:rsidR="00650BC8" w:rsidRPr="00F3682D" w:rsidRDefault="00650BC8" w:rsidP="001D5F3D">
      <w:pPr>
        <w:pStyle w:val="a9"/>
        <w:rPr>
          <w:rFonts w:ascii="Century Gothic" w:hAnsi="Century Gothic" w:cs="Arial"/>
          <w:lang w:val="ru-RU"/>
        </w:rPr>
      </w:pPr>
    </w:p>
    <w:p w14:paraId="055A6F2B" w14:textId="79A8EA3B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Банк: _____________________________________</w:t>
      </w:r>
    </w:p>
    <w:p w14:paraId="602ED849" w14:textId="77777777" w:rsidR="00650BC8" w:rsidRPr="00F3682D" w:rsidRDefault="00650BC8" w:rsidP="001D5F3D">
      <w:pPr>
        <w:pStyle w:val="a9"/>
        <w:rPr>
          <w:rFonts w:ascii="Century Gothic" w:hAnsi="Century Gothic" w:cs="Arial"/>
          <w:lang w:val="ru-RU"/>
        </w:rPr>
      </w:pPr>
    </w:p>
    <w:p w14:paraId="7967850E" w14:textId="4CA8133F" w:rsidR="00622FC0" w:rsidRPr="00F3682D" w:rsidRDefault="00B31449" w:rsidP="001D5F3D">
      <w:pPr>
        <w:pStyle w:val="a9"/>
        <w:rPr>
          <w:rFonts w:ascii="Century Gothic" w:hAnsi="Century Gothic" w:cs="Arial"/>
          <w:lang w:val="ru-RU"/>
        </w:rPr>
      </w:pPr>
      <w:r w:rsidRPr="00F3682D">
        <w:rPr>
          <w:rFonts w:ascii="Century Gothic" w:hAnsi="Century Gothic" w:cs="Arial"/>
          <w:lang w:val="kk"/>
        </w:rPr>
        <w:t>Сатып алушыны</w:t>
      </w:r>
      <w:r w:rsidRPr="00F3682D">
        <w:rPr>
          <w:rFonts w:ascii="Calibri" w:hAnsi="Calibri" w:cs="Calibri"/>
          <w:lang w:val="kk"/>
        </w:rPr>
        <w:t>ң</w:t>
      </w:r>
      <w:r w:rsidRPr="00F3682D">
        <w:rPr>
          <w:rFonts w:ascii="Century Gothic" w:hAnsi="Century Gothic" w:cs="Arial"/>
          <w:lang w:val="kk"/>
        </w:rPr>
        <w:t xml:space="preserve"> </w:t>
      </w:r>
      <w:r w:rsidRPr="00F3682D">
        <w:rPr>
          <w:rFonts w:ascii="Calibri" w:hAnsi="Calibri" w:cs="Calibri"/>
          <w:lang w:val="kk"/>
        </w:rPr>
        <w:t>қ</w:t>
      </w:r>
      <w:r w:rsidRPr="00F3682D">
        <w:rPr>
          <w:rFonts w:ascii="Century Gothic" w:hAnsi="Century Gothic" w:cs="Century Gothic"/>
          <w:lang w:val="kk"/>
        </w:rPr>
        <w:t>олы</w:t>
      </w:r>
      <w:r w:rsidRPr="00F3682D">
        <w:rPr>
          <w:rFonts w:ascii="Century Gothic" w:hAnsi="Century Gothic" w:cs="Arial"/>
          <w:lang w:val="kk"/>
        </w:rPr>
        <w:t>: ___________________</w:t>
      </w:r>
    </w:p>
    <w:p w14:paraId="66F7376B" w14:textId="77777777" w:rsidR="00650BC8" w:rsidRPr="00F3682D" w:rsidRDefault="00650BC8" w:rsidP="001D5F3D">
      <w:pPr>
        <w:pStyle w:val="a9"/>
        <w:rPr>
          <w:rFonts w:ascii="Century Gothic" w:hAnsi="Century Gothic" w:cs="Arial"/>
          <w:lang w:val="ru-RU"/>
        </w:rPr>
      </w:pPr>
    </w:p>
    <w:p w14:paraId="13687262" w14:textId="511FC5B9" w:rsidR="00622FC0" w:rsidRPr="00F3682D" w:rsidRDefault="00B31449" w:rsidP="001D5F3D">
      <w:pPr>
        <w:pStyle w:val="a9"/>
        <w:rPr>
          <w:rFonts w:ascii="Century Gothic" w:hAnsi="Century Gothic" w:cs="Arial"/>
          <w:lang w:val="kk"/>
        </w:rPr>
      </w:pPr>
      <w:r w:rsidRPr="00F3682D">
        <w:rPr>
          <w:rFonts w:ascii="Century Gothic" w:hAnsi="Century Gothic" w:cs="Arial"/>
          <w:lang w:val="kk"/>
        </w:rPr>
        <w:t>К</w:t>
      </w:r>
      <w:r w:rsidRPr="00F3682D">
        <w:rPr>
          <w:rFonts w:ascii="Calibri" w:hAnsi="Calibri" w:cs="Calibri"/>
          <w:lang w:val="kk"/>
        </w:rPr>
        <w:t>ү</w:t>
      </w:r>
      <w:r w:rsidRPr="00F3682D">
        <w:rPr>
          <w:rFonts w:ascii="Century Gothic" w:hAnsi="Century Gothic" w:cs="Century Gothic"/>
          <w:lang w:val="kk"/>
        </w:rPr>
        <w:t>ні</w:t>
      </w:r>
      <w:r w:rsidRPr="00F3682D">
        <w:rPr>
          <w:rFonts w:ascii="Century Gothic" w:hAnsi="Century Gothic" w:cs="Arial"/>
          <w:lang w:val="kk"/>
        </w:rPr>
        <w:t>: _______________</w:t>
      </w:r>
    </w:p>
    <w:p w14:paraId="4AF12DB6" w14:textId="77777777" w:rsidR="002F4B98" w:rsidRPr="00F3682D" w:rsidRDefault="002F4B98" w:rsidP="001D5F3D">
      <w:pPr>
        <w:pStyle w:val="a9"/>
        <w:rPr>
          <w:rFonts w:ascii="Century Gothic" w:hAnsi="Century Gothic" w:cs="Arial"/>
          <w:lang w:val="ru-RU"/>
        </w:rPr>
      </w:pPr>
    </w:p>
    <w:p w14:paraId="3EE3B7CE" w14:textId="21B90AAA" w:rsidR="00F3682D" w:rsidRDefault="0094037B" w:rsidP="00E22AD8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kk"/>
        </w:rPr>
      </w:pPr>
      <w:r w:rsidRPr="00F3682D">
        <w:rPr>
          <w:rFonts w:ascii="Century Gothic" w:hAnsi="Century Gothic" w:cs="Arial"/>
          <w:b/>
          <w:bCs/>
          <w:lang w:val="kk"/>
        </w:rPr>
        <w:t>Ескертпе</w:t>
      </w:r>
      <w:r w:rsidR="00B31449" w:rsidRPr="00F3682D">
        <w:rPr>
          <w:rFonts w:ascii="Century Gothic" w:hAnsi="Century Gothic" w:cs="Arial"/>
          <w:b/>
          <w:bCs/>
          <w:lang w:val="kk"/>
        </w:rPr>
        <w:t>:</w:t>
      </w:r>
      <w:r w:rsidR="00B31449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Arial"/>
          <w:lang w:val="kk"/>
        </w:rPr>
        <w:t xml:space="preserve">Сатып алушы Тапсырыс (Тауар) </w:t>
      </w:r>
      <w:r w:rsidR="00E22AD8" w:rsidRPr="00F3682D">
        <w:rPr>
          <w:rFonts w:ascii="Calibri" w:hAnsi="Calibri" w:cs="Calibri"/>
          <w:lang w:val="kk"/>
        </w:rPr>
        <w:t>ү</w:t>
      </w:r>
      <w:r w:rsidR="00E22AD8" w:rsidRPr="00F3682D">
        <w:rPr>
          <w:rFonts w:ascii="Century Gothic" w:hAnsi="Century Gothic" w:cs="Century Gothic"/>
          <w:lang w:val="kk"/>
        </w:rPr>
        <w:t>шін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т</w:t>
      </w:r>
      <w:r w:rsidR="00E22AD8" w:rsidRPr="00F3682D">
        <w:rPr>
          <w:rFonts w:ascii="Calibri" w:hAnsi="Calibri" w:cs="Calibri"/>
          <w:lang w:val="kk"/>
        </w:rPr>
        <w:t>ө</w:t>
      </w:r>
      <w:r w:rsidR="00E22AD8" w:rsidRPr="00F3682D">
        <w:rPr>
          <w:rFonts w:ascii="Century Gothic" w:hAnsi="Century Gothic" w:cs="Century Gothic"/>
          <w:lang w:val="kk"/>
        </w:rPr>
        <w:t>ленген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а</w:t>
      </w:r>
      <w:r w:rsidR="00E22AD8" w:rsidRPr="00F3682D">
        <w:rPr>
          <w:rFonts w:ascii="Calibri" w:hAnsi="Calibri" w:cs="Calibri"/>
          <w:lang w:val="kk"/>
        </w:rPr>
        <w:t>қ</w:t>
      </w:r>
      <w:r w:rsidR="00E22AD8" w:rsidRPr="00F3682D">
        <w:rPr>
          <w:rFonts w:ascii="Century Gothic" w:hAnsi="Century Gothic" w:cs="Century Gothic"/>
          <w:lang w:val="kk"/>
        </w:rPr>
        <w:t>шаны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банк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картасына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alibri" w:hAnsi="Calibri" w:cs="Calibri"/>
          <w:lang w:val="kk"/>
        </w:rPr>
        <w:t>қ</w:t>
      </w:r>
      <w:r w:rsidR="00E22AD8" w:rsidRPr="00F3682D">
        <w:rPr>
          <w:rFonts w:ascii="Century Gothic" w:hAnsi="Century Gothic" w:cs="Century Gothic"/>
          <w:lang w:val="kk"/>
        </w:rPr>
        <w:t>айтаруды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талап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еткен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жа</w:t>
      </w:r>
      <w:r w:rsidR="00E22AD8" w:rsidRPr="00F3682D">
        <w:rPr>
          <w:rFonts w:ascii="Calibri" w:hAnsi="Calibri" w:cs="Calibri"/>
          <w:lang w:val="kk"/>
        </w:rPr>
        <w:t>ғ</w:t>
      </w:r>
      <w:r w:rsidR="00E22AD8" w:rsidRPr="00F3682D">
        <w:rPr>
          <w:rFonts w:ascii="Century Gothic" w:hAnsi="Century Gothic" w:cs="Century Gothic"/>
          <w:lang w:val="kk"/>
        </w:rPr>
        <w:t>дайда</w:t>
      </w:r>
      <w:r w:rsidR="00E22AD8" w:rsidRPr="00F3682D">
        <w:rPr>
          <w:rFonts w:ascii="Century Gothic" w:hAnsi="Century Gothic" w:cs="Arial"/>
          <w:lang w:val="kk"/>
        </w:rPr>
        <w:t xml:space="preserve">, </w:t>
      </w:r>
      <w:r w:rsidR="00E22AD8" w:rsidRPr="00F3682D">
        <w:rPr>
          <w:rFonts w:ascii="Century Gothic" w:hAnsi="Century Gothic" w:cs="Century Gothic"/>
          <w:lang w:val="kk"/>
        </w:rPr>
        <w:t>Сатушы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т</w:t>
      </w:r>
      <w:r w:rsidR="00E22AD8" w:rsidRPr="00F3682D">
        <w:rPr>
          <w:rFonts w:ascii="Calibri" w:hAnsi="Calibri" w:cs="Calibri"/>
          <w:lang w:val="kk"/>
        </w:rPr>
        <w:t>ө</w:t>
      </w:r>
      <w:r w:rsidR="00E22AD8" w:rsidRPr="00F3682D">
        <w:rPr>
          <w:rFonts w:ascii="Century Gothic" w:hAnsi="Century Gothic" w:cs="Century Gothic"/>
          <w:lang w:val="kk"/>
        </w:rPr>
        <w:t>лем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ж</w:t>
      </w:r>
      <w:r w:rsidR="00E22AD8" w:rsidRPr="00F3682D">
        <w:rPr>
          <w:rFonts w:ascii="Calibri" w:hAnsi="Calibri" w:cs="Calibri"/>
          <w:lang w:val="kk"/>
        </w:rPr>
        <w:t>ү</w:t>
      </w:r>
      <w:r w:rsidR="00E22AD8" w:rsidRPr="00F3682D">
        <w:rPr>
          <w:rFonts w:ascii="Century Gothic" w:hAnsi="Century Gothic" w:cs="Century Gothic"/>
          <w:lang w:val="kk"/>
        </w:rPr>
        <w:t>ргізілген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банк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картасына</w:t>
      </w:r>
      <w:r w:rsidR="00E22AD8" w:rsidRPr="00F3682D">
        <w:rPr>
          <w:rFonts w:ascii="Century Gothic" w:hAnsi="Century Gothic" w:cs="Arial"/>
          <w:lang w:val="kk"/>
        </w:rPr>
        <w:t xml:space="preserve"> </w:t>
      </w:r>
      <w:r w:rsidR="00E22AD8" w:rsidRPr="00F3682D">
        <w:rPr>
          <w:rFonts w:ascii="Century Gothic" w:hAnsi="Century Gothic" w:cs="Century Gothic"/>
          <w:lang w:val="kk"/>
        </w:rPr>
        <w:t>а</w:t>
      </w:r>
      <w:r w:rsidR="00E22AD8" w:rsidRPr="00F3682D">
        <w:rPr>
          <w:rFonts w:ascii="Calibri" w:hAnsi="Calibri" w:cs="Calibri"/>
          <w:lang w:val="kk"/>
        </w:rPr>
        <w:t>қ</w:t>
      </w:r>
      <w:r w:rsidR="00E22AD8" w:rsidRPr="00F3682D">
        <w:rPr>
          <w:rFonts w:ascii="Century Gothic" w:hAnsi="Century Gothic" w:cs="Century Gothic"/>
          <w:lang w:val="kk"/>
        </w:rPr>
        <w:t>шан</w:t>
      </w:r>
      <w:r w:rsidR="00E22AD8" w:rsidRPr="00F3682D">
        <w:rPr>
          <w:rFonts w:ascii="Century Gothic" w:hAnsi="Century Gothic" w:cs="Arial"/>
          <w:lang w:val="kk"/>
        </w:rPr>
        <w:t xml:space="preserve">ы </w:t>
      </w:r>
      <w:r w:rsidR="00E22AD8" w:rsidRPr="00F3682D">
        <w:rPr>
          <w:rFonts w:ascii="Calibri" w:hAnsi="Calibri" w:cs="Calibri"/>
          <w:lang w:val="kk"/>
        </w:rPr>
        <w:t>қ</w:t>
      </w:r>
      <w:r w:rsidR="00E22AD8" w:rsidRPr="00F3682D">
        <w:rPr>
          <w:rFonts w:ascii="Century Gothic" w:hAnsi="Century Gothic" w:cs="Century Gothic"/>
          <w:lang w:val="kk"/>
        </w:rPr>
        <w:t>айтарады</w:t>
      </w:r>
      <w:r w:rsidR="00E22AD8" w:rsidRPr="00F3682D">
        <w:rPr>
          <w:rFonts w:ascii="Century Gothic" w:hAnsi="Century Gothic" w:cs="Arial"/>
          <w:lang w:val="kk"/>
        </w:rPr>
        <w:t>.</w:t>
      </w:r>
    </w:p>
    <w:p w14:paraId="52DAEF4D" w14:textId="77777777" w:rsidR="00F3682D" w:rsidRPr="00F3682D" w:rsidRDefault="00F3682D" w:rsidP="00E22AD8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kk"/>
        </w:rPr>
      </w:pPr>
    </w:p>
    <w:p w14:paraId="621B52EE" w14:textId="77777777" w:rsidR="00F3682D" w:rsidRPr="00F3682D" w:rsidRDefault="00F3682D" w:rsidP="00F3682D">
      <w:pPr>
        <w:pStyle w:val="a9"/>
        <w:jc w:val="center"/>
        <w:rPr>
          <w:rFonts w:ascii="Century Gothic" w:hAnsi="Century Gothic"/>
          <w:b/>
          <w:bCs/>
          <w:color w:val="4F81BD" w:themeColor="accent1"/>
          <w:lang w:val="ru-RU"/>
        </w:rPr>
      </w:pPr>
      <w:r w:rsidRPr="00F3682D">
        <w:rPr>
          <w:rFonts w:ascii="Century Gothic" w:hAnsi="Century Gothic"/>
          <w:b/>
          <w:bCs/>
          <w:color w:val="4F81BD" w:themeColor="accent1"/>
          <w:lang w:val="ru-RU"/>
        </w:rPr>
        <w:lastRenderedPageBreak/>
        <w:t>ЗАЯВЛЕНИЕ НА ВОЗВРАТ ТОВАРА</w:t>
      </w:r>
    </w:p>
    <w:p w14:paraId="4D497077" w14:textId="77777777" w:rsidR="00F3682D" w:rsidRPr="00F3682D" w:rsidRDefault="00F3682D" w:rsidP="00F3682D">
      <w:pPr>
        <w:pStyle w:val="a9"/>
        <w:jc w:val="center"/>
        <w:rPr>
          <w:rFonts w:ascii="Century Gothic" w:hAnsi="Century Gothic"/>
          <w:b/>
          <w:bCs/>
          <w:lang w:val="ru-RU"/>
        </w:rPr>
      </w:pPr>
    </w:p>
    <w:p w14:paraId="156C76AD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Ф.И.О. покупателя: ___________________________________________</w:t>
      </w:r>
    </w:p>
    <w:p w14:paraId="7D117E78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Контактный телефон: _________________________________________</w:t>
      </w:r>
    </w:p>
    <w:p w14:paraId="232DC791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Электронная почта: ___________________________________________</w:t>
      </w:r>
    </w:p>
    <w:p w14:paraId="2E4DD6D3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Адрес доставки (при оформлении заказа): __________________</w:t>
      </w:r>
    </w:p>
    <w:p w14:paraId="7B372BA0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_______________________________________________________________</w:t>
      </w:r>
    </w:p>
    <w:p w14:paraId="0E918433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7F8961BB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Номер заказа: ____________________</w:t>
      </w:r>
    </w:p>
    <w:p w14:paraId="54772E88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Дата получения товара: ____________________</w:t>
      </w:r>
    </w:p>
    <w:p w14:paraId="7B40EAF3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Наименование возвращаемого товара:</w:t>
      </w:r>
    </w:p>
    <w:p w14:paraId="04825A6D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17D3BBAD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1. ____________________________________________________________</w:t>
      </w:r>
    </w:p>
    <w:p w14:paraId="30D3988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2. ____________________________________________________________</w:t>
      </w:r>
    </w:p>
    <w:p w14:paraId="408FC4EB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3. ____________________________________________________________</w:t>
      </w:r>
    </w:p>
    <w:p w14:paraId="66823C97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4. ____________________________________________________________</w:t>
      </w:r>
    </w:p>
    <w:p w14:paraId="2D5B692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5. ____________________________________________________________</w:t>
      </w:r>
    </w:p>
    <w:p w14:paraId="26DE30D9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3504BE56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1206CA5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Причина возврата:</w:t>
      </w:r>
    </w:p>
    <w:p w14:paraId="298DA1C2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Не подошёл размер / цвет / модель</w:t>
      </w:r>
    </w:p>
    <w:p w14:paraId="398358C2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Повреждён при доставке</w:t>
      </w:r>
    </w:p>
    <w:p w14:paraId="7EF0D6AD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Обнаружен производственный брак</w:t>
      </w:r>
    </w:p>
    <w:p w14:paraId="7868A0A2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Другое (указать): ___________________________________________</w:t>
      </w:r>
    </w:p>
    <w:p w14:paraId="60E7555E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25C2F45B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Желаемое решение:</w:t>
      </w:r>
    </w:p>
    <w:p w14:paraId="43250E8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Возврат денежных средств</w:t>
      </w:r>
    </w:p>
    <w:p w14:paraId="7FABA8E8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Segoe UI Symbol" w:hAnsi="Segoe UI Symbol" w:cs="Segoe UI Symbol"/>
          <w:lang w:val="ru-RU"/>
        </w:rPr>
        <w:t>☐</w:t>
      </w:r>
      <w:r w:rsidRPr="00F3682D">
        <w:rPr>
          <w:rFonts w:ascii="Century Gothic" w:hAnsi="Century Gothic"/>
          <w:lang w:val="ru-RU"/>
        </w:rPr>
        <w:t xml:space="preserve"> Другое: ___________________________________________________</w:t>
      </w:r>
    </w:p>
    <w:p w14:paraId="777BD83F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6523CE6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Прошу вернуть на банковскую карту:</w:t>
      </w:r>
    </w:p>
    <w:p w14:paraId="29B29725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435D29B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Номер карты: ________________________</w:t>
      </w:r>
    </w:p>
    <w:p w14:paraId="6816A2C1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476EAC51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ФИО владельца карты: _________________________</w:t>
      </w:r>
    </w:p>
    <w:p w14:paraId="7BD56FF8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46358769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Банк: _____________________________________</w:t>
      </w:r>
    </w:p>
    <w:p w14:paraId="0E98ACFA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1230A088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Подпись покупателя: ___________________</w:t>
      </w:r>
    </w:p>
    <w:p w14:paraId="6E8B2D3D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6C5360F6" w14:textId="4C6F4736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lang w:val="ru-RU"/>
        </w:rPr>
        <w:t>Дата: _______________</w:t>
      </w:r>
      <w:r>
        <w:rPr>
          <w:rFonts w:ascii="Century Gothic" w:hAnsi="Century Gothic"/>
          <w:lang w:val="ru-RU"/>
        </w:rPr>
        <w:br/>
      </w:r>
      <w:bookmarkStart w:id="0" w:name="_GoBack"/>
      <w:bookmarkEnd w:id="0"/>
    </w:p>
    <w:p w14:paraId="55BBBB78" w14:textId="77777777" w:rsidR="00F3682D" w:rsidRPr="00F3682D" w:rsidRDefault="00F3682D" w:rsidP="00F3682D">
      <w:pPr>
        <w:shd w:val="clear" w:color="auto" w:fill="FFFFFF"/>
        <w:spacing w:after="240" w:line="240" w:lineRule="auto"/>
        <w:jc w:val="both"/>
        <w:rPr>
          <w:rFonts w:ascii="Century Gothic" w:hAnsi="Century Gothic"/>
          <w:lang w:val="ru-RU"/>
        </w:rPr>
      </w:pPr>
      <w:r w:rsidRPr="00F3682D">
        <w:rPr>
          <w:rFonts w:ascii="Century Gothic" w:hAnsi="Century Gothic"/>
          <w:b/>
          <w:bCs/>
          <w:lang w:val="ru-RU"/>
        </w:rPr>
        <w:t>Важно:</w:t>
      </w:r>
      <w:r w:rsidRPr="00F3682D">
        <w:rPr>
          <w:rFonts w:ascii="Century Gothic" w:hAnsi="Century Gothic"/>
          <w:lang w:val="ru-RU"/>
        </w:rPr>
        <w:t xml:space="preserve"> Возврат Продавцом, оплаченных Покупателем с использованием банковской карты денежных средств за Заказ (товар/ы), осуществляется на ту же банковскую карту, с которой осуществлялся платеж.</w:t>
      </w:r>
    </w:p>
    <w:p w14:paraId="1E13DF69" w14:textId="77777777" w:rsidR="00F3682D" w:rsidRPr="00F3682D" w:rsidRDefault="00F3682D" w:rsidP="00F3682D">
      <w:pPr>
        <w:pStyle w:val="a9"/>
        <w:rPr>
          <w:rFonts w:ascii="Century Gothic" w:hAnsi="Century Gothic"/>
          <w:lang w:val="ru-RU"/>
        </w:rPr>
      </w:pPr>
    </w:p>
    <w:p w14:paraId="7D2A7D71" w14:textId="77777777" w:rsidR="00F3682D" w:rsidRPr="00F3682D" w:rsidRDefault="00F3682D" w:rsidP="00E22AD8">
      <w:pPr>
        <w:shd w:val="clear" w:color="auto" w:fill="FFFFFF"/>
        <w:spacing w:after="240" w:line="240" w:lineRule="auto"/>
        <w:jc w:val="both"/>
        <w:rPr>
          <w:rFonts w:ascii="Century Gothic" w:hAnsi="Century Gothic" w:cs="Arial"/>
          <w:lang w:val="ru-RU"/>
        </w:rPr>
      </w:pPr>
    </w:p>
    <w:sectPr w:rsidR="00F3682D" w:rsidRPr="00F368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863"/>
    <w:rsid w:val="0015074B"/>
    <w:rsid w:val="001512BA"/>
    <w:rsid w:val="001D5F3D"/>
    <w:rsid w:val="002558DA"/>
    <w:rsid w:val="0029639D"/>
    <w:rsid w:val="002F4B98"/>
    <w:rsid w:val="00326F90"/>
    <w:rsid w:val="003D5123"/>
    <w:rsid w:val="005B5659"/>
    <w:rsid w:val="00622FC0"/>
    <w:rsid w:val="00646F52"/>
    <w:rsid w:val="00650BC8"/>
    <w:rsid w:val="007A1C37"/>
    <w:rsid w:val="008F0871"/>
    <w:rsid w:val="00937270"/>
    <w:rsid w:val="0094037B"/>
    <w:rsid w:val="00A01DF0"/>
    <w:rsid w:val="00AA1D8D"/>
    <w:rsid w:val="00B31449"/>
    <w:rsid w:val="00B47730"/>
    <w:rsid w:val="00CA2269"/>
    <w:rsid w:val="00CB0664"/>
    <w:rsid w:val="00DB7DB5"/>
    <w:rsid w:val="00E22AD8"/>
    <w:rsid w:val="00F368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62F09"/>
  <w14:defaultImageDpi w14:val="300"/>
  <w15:docId w15:val="{9D0DDEA1-9EC0-4E41-B717-44460776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B7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B7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1D9434-A582-4A76-9D09-F5909D01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ТОО "G and G Гламур"</cp:lastModifiedBy>
  <cp:revision>15</cp:revision>
  <dcterms:created xsi:type="dcterms:W3CDTF">2013-12-23T23:15:00Z</dcterms:created>
  <dcterms:modified xsi:type="dcterms:W3CDTF">2025-10-09T05:11:00Z</dcterms:modified>
</cp:coreProperties>
</file>